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אמפתיה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"אמפתיה"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להרגיש ולהבין מה עובר על אדם אחר, ולהגיב ברגישות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לעבוד יחד למען מטרה משותפת, כשכל אחד ואחת תורמים את החלק שלהם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לומר אמת ולנהוג בהגינות, גם כשאף אחד לא רואה אותנו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להמשיך לנסות ולהתאמן צעד אחר צעד, גם כשהדרך ארוכה ולא קלה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העיניים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ספוג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💞 אמפתיה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אמפתיה – היכולת להרגיש ולהבין מה עובר על אדם אחר, ולהגיב ברגישות.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דניאל קיבל ציון נמוך ונראה עצוב. יוסף אמר לו "נו, זה רק מבחן, לי היה יותר גרוע". דניאל נעשה עוד יותר עצוב. מה יוסף ניסה לעשות, ולמה זה לא עבד?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"לי היה יותר גרוע" לא תמיד עוזר?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מישהו הבין אתכם בלי שהסברתם?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"אמפתיה"?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לשאול חבר עצוב "מה קרה?"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לב לפרצופים של החברים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לחבק או לשבת ליד מי שקשה לו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💞 אמפתיה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להרגיש ולהבין מה עובר על אדם אחר, ולהגיב ברגישות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🧱 שיתוף פעולה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לעבוד יחד למען מטרה משותפת, כשכל אחד ואחת תורמים את החלק שלהם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 יושר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לומר אמת ולנהוג בהגינות, גם כשאף אחד לא רואה אותנו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 התמדה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להמשיך לנסות ולהתאמן צעד אחר צעד, גם כשהדרך ארוכה ולא קלה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"לראות את העולם, לרגע, דרך ________ של מישהו אחר"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מלא חורים, ובכל זאת אני מחזיק מים. מי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לשאול חבר עצוב "מה קרה?" · לחבק או לשבת ליד מי שקשה לו · לשים לב לפרצופים של החברים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כשניסיתם להבין מישהו אחר?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מישהו הבין אתכם בלי מילים?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אמפתיה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