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תקווה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"תקווה"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מחר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hope / надежда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tomorrow / завтра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light / свет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dream / мечта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🌈 תקווה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תקווה זה לחשוב שיהיה טוב, ולעשות משהו קטן כדי שיהיה טוב.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hope · надежда · ተስፋ · أمل · espoir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tomorrow · завтра · ነገ · غدًا · demain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light · свет · ብርሃን · نور · lumière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dream · мечта · ህልም · حلم · rêve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תקווה  |  מחר  |  אור  |  חלום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tomorrow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תקווה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tomorrow / завтра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light / свет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dream / мечта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hope / надежда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זה לחשוב שיהיה טוב, ולעשות משהו קטן כדי שיהיה טוב.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"תקווה".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למה אתם מחכים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לצייר משהו שאני מחכה לו / לחשוב כל ערב על דבר טוב למחר)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תקווה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