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תקווה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"תקווה"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🌈 תקווה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לִהְיוֹת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🌈 תקווה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🌈 ☀️ 🌻  משפט השבוע: מָחָר יָכוֹל לִהְיוֹת טוֹב יוֹתֵר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מַרְגִּישׁ  |  מַצְלִיחִים  |  לִהְיוֹת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"מָחָר יָכוֹל לִהְיוֹת טוֹב יוֹתֵר"?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🌈 תקווה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💞 אמפתיה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לחשוב כל ערב על דבר טוב למחר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לצייר משהו שאני מחכה לו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מָחָר יָכוֹל ________ טוֹב יוֹתֵר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למה אתם מחכים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לצייר משהו שאני מחכה לו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תקווה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